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12F03" w14:textId="77777777" w:rsidR="001A5328" w:rsidRPr="00FE7A34" w:rsidRDefault="00796842" w:rsidP="00357B33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t>Załącznik nr 4.1 do Procedury zgłoszeń wewnętrznych</w:t>
      </w:r>
    </w:p>
    <w:p w14:paraId="2C656241" w14:textId="0E093DE2" w:rsidR="001A5328" w:rsidRPr="00FE7A34" w:rsidRDefault="00357B33" w:rsidP="00357B33">
      <w:pPr>
        <w:spacing w:line="360" w:lineRule="auto"/>
        <w:rPr>
          <w:lang w:val="pl-PL"/>
        </w:rPr>
      </w:pPr>
      <w:r w:rsidRPr="00FE7A34">
        <w:rPr>
          <w:b/>
          <w:sz w:val="26"/>
          <w:lang w:val="pl-PL"/>
        </w:rPr>
        <w:t>Wzór zgłoszenia naruszenia prawa (Formularz zgłoszeniowy sygnalisty)</w:t>
      </w:r>
    </w:p>
    <w:p w14:paraId="7EA2FCF1" w14:textId="77777777" w:rsidR="00357B33" w:rsidRPr="00FE7A34" w:rsidRDefault="00796842" w:rsidP="00310A08">
      <w:pPr>
        <w:spacing w:line="360" w:lineRule="auto"/>
        <w:rPr>
          <w:bCs/>
          <w:sz w:val="26"/>
          <w:szCs w:val="26"/>
          <w:lang w:val="pl-PL"/>
        </w:rPr>
      </w:pPr>
      <w:r w:rsidRPr="00FE7A34">
        <w:rPr>
          <w:bCs/>
          <w:sz w:val="26"/>
          <w:szCs w:val="26"/>
          <w:lang w:val="pl-PL"/>
        </w:rPr>
        <w:t>Formularz służy do dokonania zgłoszenia nieprawidłowości / naruszenia prawa w Centrum Rozwoju Edukacji Województwa Łódzkiego w Piotrkowie Trybunalskim.</w:t>
      </w:r>
    </w:p>
    <w:p w14:paraId="48771B20" w14:textId="18E40510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Podane informacje oraz treść zgłoszenia są objęte ścisłą poufnością na zasadach określonych w ustawie z dnia 14 czerwca 2024 r. o ochronie sygnalistów oraz w wewnętrznej Procedurze Centrum. Dostęp do zgłoszenia posiadają wyłącznie pisemnie upoważnione osoby.</w:t>
      </w:r>
    </w:p>
    <w:p w14:paraId="1C58675B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SPOSÓB PRZEKAZANIA ZGŁOSZENIA (BEZPIECZNE KANAŁY):</w:t>
      </w:r>
    </w:p>
    <w:p w14:paraId="0681C18A" w14:textId="1FCF2B5F" w:rsidR="001A5328" w:rsidRPr="00FE7A34" w:rsidRDefault="00796842" w:rsidP="00310A08">
      <w:pPr>
        <w:pStyle w:val="Listapunktowana"/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 xml:space="preserve">Elektronicznie na dedykowany, bezpieczny adres e-mail: </w:t>
      </w:r>
      <w:hyperlink r:id="rId8" w:history="1">
        <w:r w:rsidR="00310A08" w:rsidRPr="00FE7A34">
          <w:rPr>
            <w:rStyle w:val="Hipercze"/>
            <w:sz w:val="26"/>
            <w:szCs w:val="26"/>
            <w:lang w:val="pl-PL"/>
          </w:rPr>
          <w:t>sygnalista.crepiotrkow@gmail.com</w:t>
        </w:r>
      </w:hyperlink>
      <w:r w:rsidRPr="00FE7A34">
        <w:rPr>
          <w:sz w:val="26"/>
          <w:szCs w:val="26"/>
          <w:lang w:val="pl-PL"/>
        </w:rPr>
        <w:t xml:space="preserve"> (dostęp wyłącznie dla osób upoważnionych).</w:t>
      </w:r>
    </w:p>
    <w:p w14:paraId="3AEA7671" w14:textId="0A923B1E" w:rsidR="001A5328" w:rsidRPr="00FE7A34" w:rsidRDefault="00796842" w:rsidP="00310A08">
      <w:pPr>
        <w:pStyle w:val="Listapunktowana"/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Pocztą tradycyjną na adres Centrum (ul. Wojska Polskiego 2, 97-300 Piotrków Trybunalski) w zamkniętej kopercie z wyraźnym dopiskiem: „</w:t>
      </w:r>
      <w:r w:rsidR="00310A08" w:rsidRPr="00FE7A34">
        <w:rPr>
          <w:b/>
          <w:bCs/>
          <w:sz w:val="26"/>
          <w:szCs w:val="26"/>
          <w:lang w:val="pl-PL"/>
        </w:rPr>
        <w:t>zgłoszenie sygnalisty – do rąk własnych osoby upoważnionej</w:t>
      </w:r>
      <w:r w:rsidRPr="00FE7A34">
        <w:rPr>
          <w:sz w:val="26"/>
          <w:szCs w:val="26"/>
          <w:lang w:val="pl-PL"/>
        </w:rPr>
        <w:t>” (koperta nie podlega otwarciu przez sekretariat).</w:t>
      </w:r>
    </w:p>
    <w:p w14:paraId="4FCEA671" w14:textId="0397176B" w:rsidR="001A5328" w:rsidRPr="00FE7A34" w:rsidRDefault="00796842" w:rsidP="00310A08">
      <w:pPr>
        <w:pStyle w:val="Listapunktowana"/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Telefonicznie pod dedykowanym numerem telefonu: +48 44 649 65 66 wew. 44 (w godzinach pracy jednostki, bezpośrednio do osoby upoważnionej).</w:t>
      </w:r>
    </w:p>
    <w:p w14:paraId="45D40B47" w14:textId="2696D5DC" w:rsidR="001A5328" w:rsidRPr="00FE7A34" w:rsidRDefault="00FE7A34" w:rsidP="00310A08">
      <w:pPr>
        <w:pStyle w:val="Listapunktowana"/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Uwaga</w:t>
      </w:r>
      <w:r w:rsidR="00796842" w:rsidRPr="00FE7A34">
        <w:rPr>
          <w:sz w:val="26"/>
          <w:szCs w:val="26"/>
          <w:lang w:val="pl-PL"/>
        </w:rPr>
        <w:t>: Ze względu na wymóg zapewnienia pełnej poufności tożsamości sygnalisty, wyklucza się możliwość osobistego składania zgłoszeń w sekretariacie ogólnym Centrum.</w:t>
      </w:r>
    </w:p>
    <w:p w14:paraId="72C16E8B" w14:textId="77777777" w:rsidR="001A5328" w:rsidRPr="00FE7A34" w:rsidRDefault="00796842" w:rsidP="00310A08">
      <w:pPr>
        <w:pStyle w:val="Nagwek2"/>
        <w:rPr>
          <w:lang w:val="pl-PL"/>
        </w:rPr>
      </w:pPr>
      <w:r w:rsidRPr="00FE7A34">
        <w:rPr>
          <w:lang w:val="pl-PL"/>
        </w:rPr>
        <w:t>1. Osoba dokonująca zgłoszenia (Sygnalista)</w:t>
      </w:r>
    </w:p>
    <w:p w14:paraId="01BABCD7" w14:textId="213433D6" w:rsidR="00310A08" w:rsidRPr="00FE7A34" w:rsidRDefault="00796842" w:rsidP="00310A08">
      <w:pPr>
        <w:spacing w:line="360" w:lineRule="auto"/>
        <w:rPr>
          <w:iCs/>
          <w:sz w:val="26"/>
          <w:szCs w:val="26"/>
          <w:lang w:val="pl-PL"/>
        </w:rPr>
      </w:pPr>
      <w:r w:rsidRPr="00FE7A34">
        <w:rPr>
          <w:iCs/>
          <w:sz w:val="26"/>
          <w:szCs w:val="26"/>
          <w:lang w:val="pl-PL"/>
        </w:rPr>
        <w:t xml:space="preserve">Wypełnienie danych tożsamości jest dobrowolne, jednak konieczne do przekazywania informacji zwrotnej. Proszę podać </w:t>
      </w:r>
      <w:r w:rsidR="00FE7A34" w:rsidRPr="00FE7A34">
        <w:rPr>
          <w:b/>
          <w:iCs/>
          <w:sz w:val="26"/>
          <w:szCs w:val="26"/>
          <w:lang w:val="pl-PL"/>
        </w:rPr>
        <w:t>jeden</w:t>
      </w:r>
      <w:r w:rsidRPr="00FE7A34">
        <w:rPr>
          <w:b/>
          <w:iCs/>
          <w:sz w:val="26"/>
          <w:szCs w:val="26"/>
          <w:lang w:val="pl-PL"/>
        </w:rPr>
        <w:t xml:space="preserve"> wybrany adres/formę kontaktu</w:t>
      </w:r>
      <w:r w:rsidRPr="00FE7A34">
        <w:rPr>
          <w:iCs/>
          <w:sz w:val="26"/>
          <w:szCs w:val="26"/>
          <w:lang w:val="pl-PL"/>
        </w:rPr>
        <w:t xml:space="preserve"> (np. adres e-mail, numer telefonu lub adres korespondencyjny). Niewymagane jest podawanie nadmiarowych danych identyfikacyjnych (np. PESEL).</w:t>
      </w:r>
    </w:p>
    <w:p w14:paraId="44E5A6F2" w14:textId="2E3DF4C3" w:rsidR="001A5328" w:rsidRPr="00FE7A34" w:rsidRDefault="00310A08" w:rsidP="00310A08">
      <w:pPr>
        <w:rPr>
          <w:i/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6048"/>
      </w:tblGrid>
      <w:tr w:rsidR="001A5328" w:rsidRPr="00FE7A34" w14:paraId="3D1EFE72" w14:textId="77777777">
        <w:tc>
          <w:tcPr>
            <w:tcW w:w="360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EB3EC5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lastRenderedPageBreak/>
              <w:t>Imię i nazwisko zgłaszającego:</w:t>
            </w:r>
          </w:p>
        </w:tc>
        <w:tc>
          <w:tcPr>
            <w:tcW w:w="60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D41464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....................................................................................</w:t>
            </w:r>
          </w:p>
        </w:tc>
      </w:tr>
      <w:tr w:rsidR="001A5328" w:rsidRPr="00FE7A34" w14:paraId="255F6B6B" w14:textId="77777777">
        <w:tc>
          <w:tcPr>
            <w:tcW w:w="360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142524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Status w relacji z Centrum:</w:t>
            </w:r>
          </w:p>
        </w:tc>
        <w:tc>
          <w:tcPr>
            <w:tcW w:w="60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C96D4E" w14:textId="77777777" w:rsidR="00357B33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[ ] Pracownik / Były pracownik</w:t>
            </w:r>
          </w:p>
          <w:p w14:paraId="74C54E3B" w14:textId="77777777" w:rsidR="00357B33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[ ] Zleceniobiorca / Stażysta / Wolontariusz</w:t>
            </w:r>
          </w:p>
          <w:p w14:paraId="0D13F5E7" w14:textId="77777777" w:rsidR="00357B33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[ ] Kandydat do pracy (rekrutacja)</w:t>
            </w:r>
          </w:p>
          <w:p w14:paraId="44E1CC17" w14:textId="37AD43EF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[ ] Wykonawca / Podwykonawca / Inny: .....................</w:t>
            </w:r>
          </w:p>
        </w:tc>
      </w:tr>
      <w:tr w:rsidR="001A5328" w:rsidRPr="00FE7A34" w14:paraId="6178CD4B" w14:textId="77777777">
        <w:tc>
          <w:tcPr>
            <w:tcW w:w="360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A8B246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Stanowisko służbowe / Jednostka:</w:t>
            </w:r>
          </w:p>
        </w:tc>
        <w:tc>
          <w:tcPr>
            <w:tcW w:w="60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CC0F6E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....................................................................................</w:t>
            </w:r>
          </w:p>
        </w:tc>
      </w:tr>
      <w:tr w:rsidR="001A5328" w:rsidRPr="00FE7A34" w14:paraId="7D431BD7" w14:textId="77777777">
        <w:tc>
          <w:tcPr>
            <w:tcW w:w="360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68AA62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PREFEROWANY ADRES DO KONTAKTU</w:t>
            </w:r>
            <w:r w:rsidRPr="00FE7A34">
              <w:rPr>
                <w:b/>
                <w:sz w:val="26"/>
                <w:szCs w:val="26"/>
                <w:lang w:val="pl-PL"/>
              </w:rPr>
              <w:br/>
              <w:t>(wybrać jedną formę):</w:t>
            </w:r>
          </w:p>
        </w:tc>
        <w:tc>
          <w:tcPr>
            <w:tcW w:w="60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5D6046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E-mail: ...........................................................................</w:t>
            </w:r>
            <w:r w:rsidRPr="00FE7A34">
              <w:rPr>
                <w:sz w:val="26"/>
                <w:szCs w:val="26"/>
                <w:lang w:val="pl-PL"/>
              </w:rPr>
              <w:br/>
              <w:t>lub tel.: ..........................................................................</w:t>
            </w:r>
            <w:r w:rsidRPr="00FE7A34">
              <w:rPr>
                <w:sz w:val="26"/>
                <w:szCs w:val="26"/>
                <w:lang w:val="pl-PL"/>
              </w:rPr>
              <w:br/>
              <w:t>lub adres korespondencyjny: .....................................</w:t>
            </w:r>
          </w:p>
        </w:tc>
      </w:tr>
      <w:tr w:rsidR="001A5328" w:rsidRPr="00FE7A34" w14:paraId="5E6F8DBC" w14:textId="77777777">
        <w:tc>
          <w:tcPr>
            <w:tcW w:w="3600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901313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Zgłoszenie składane przez kilka osób?</w:t>
            </w:r>
          </w:p>
        </w:tc>
        <w:tc>
          <w:tcPr>
            <w:tcW w:w="60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387F11" w14:textId="3CF8B1AD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[ ] Nie [ ] Tak (wymienić osoby): ........................................</w:t>
            </w:r>
          </w:p>
        </w:tc>
      </w:tr>
    </w:tbl>
    <w:p w14:paraId="789D47F9" w14:textId="77777777" w:rsidR="001A5328" w:rsidRPr="00FE7A34" w:rsidRDefault="00796842" w:rsidP="00310A08">
      <w:pPr>
        <w:pStyle w:val="Nagwek2"/>
        <w:rPr>
          <w:lang w:val="pl-PL"/>
        </w:rPr>
      </w:pPr>
      <w:r w:rsidRPr="00FE7A34">
        <w:rPr>
          <w:lang w:val="pl-PL"/>
        </w:rPr>
        <w:t>2. Przedmiot i obszar nieprawidłowości / naruszenia prawa</w:t>
      </w:r>
    </w:p>
    <w:p w14:paraId="44DF2420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Zgłoszenie może dotyczyć dokonanych naruszeń lub uzasadnionego ryzyka ich wystąpienia w obszarach:</w:t>
      </w:r>
      <w:r w:rsidRPr="00FE7A34">
        <w:rPr>
          <w:sz w:val="26"/>
          <w:szCs w:val="26"/>
          <w:lang w:val="pl-PL"/>
        </w:rPr>
        <w:br/>
        <w:t>korupcji • zamówień publicznych • ochrony prywatności i danych osobowych • bezpieczeństwa sieci i systemów informacyjnych • ochrony środowiska • etyki w zatrudnieniu • mobbingu / dyskryminacji / molestowania • interesów finansowych Skarbu Państwa i JST.</w:t>
      </w:r>
    </w:p>
    <w:p w14:paraId="3F79C574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Opis naruszenia (na czym polega nieprawidłowość, kiedy i gdzie miała miejsce, w jaki sposób do niej doszło):</w:t>
      </w:r>
    </w:p>
    <w:p w14:paraId="31FA1C83" w14:textId="77777777" w:rsidR="00310A0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E23F0C" w14:textId="77777777" w:rsidR="00310A08" w:rsidRPr="00FE7A34" w:rsidRDefault="00310A08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3D98C736" w14:textId="6324912C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1F34D1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Osoba/osoby, której dotyczy zgłoszenie (imię, nazwisko, stanowisko):</w:t>
      </w:r>
    </w:p>
    <w:p w14:paraId="2D39F35E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 xml:space="preserve">........................................................................................................................................................................................................... </w:t>
      </w:r>
    </w:p>
    <w:p w14:paraId="233A34E4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Dowody na potwierdzenie zgłaszanych faktów (dokumenty, wiadomości e-mail, świadkowie):</w:t>
      </w:r>
    </w:p>
    <w:p w14:paraId="0B0BDD35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 xml:space="preserve">........................................................................................................................................................................................................... </w:t>
      </w:r>
    </w:p>
    <w:p w14:paraId="6131ED94" w14:textId="77777777" w:rsidR="001A5328" w:rsidRPr="00FE7A34" w:rsidRDefault="00796842" w:rsidP="00310A08">
      <w:pPr>
        <w:pStyle w:val="Nagwek2"/>
        <w:rPr>
          <w:lang w:val="pl-PL"/>
        </w:rPr>
      </w:pPr>
      <w:r w:rsidRPr="00FE7A34">
        <w:rPr>
          <w:lang w:val="pl-PL"/>
        </w:rPr>
        <w:t>3. Oświadczenie osoby dokonującej zgłoszenia</w:t>
      </w:r>
    </w:p>
    <w:p w14:paraId="1E5C4CD8" w14:textId="77777777" w:rsidR="00310A0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Oświadczam, że dokonując niniejszego zgłoszenia:</w:t>
      </w:r>
    </w:p>
    <w:p w14:paraId="26203ABF" w14:textId="77777777" w:rsidR="00310A0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1) Działam w dobrej wierze i posiadam uzasadnione przekonanie, że zawarte w zgłoszeniu informacje są prawdziwe w momencie dokonania zgłoszenia.</w:t>
      </w:r>
    </w:p>
    <w:p w14:paraId="7F48FEA5" w14:textId="77777777" w:rsidR="00310A0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2) Ujawniłem znane mi fakty i okoliczności bez zatajania istotnych informacji.</w:t>
      </w:r>
    </w:p>
    <w:p w14:paraId="537430DD" w14:textId="1C62399D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3) Zapoznałem/am się z treścią Procedury zgłoszeń wewnętrznych obowiązującej w Centrum.</w:t>
      </w:r>
    </w:p>
    <w:p w14:paraId="7280B075" w14:textId="77777777" w:rsidR="00310A0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.................................................................................</w:t>
      </w:r>
    </w:p>
    <w:p w14:paraId="2B836FEB" w14:textId="18077E30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(Data i podpis zgłaszającego – o ile zgłoszenie nie jest anonimowe)</w:t>
      </w:r>
    </w:p>
    <w:p w14:paraId="6C6957D8" w14:textId="4C2AFCA6" w:rsidR="001A5328" w:rsidRPr="00FE7A34" w:rsidRDefault="00FE7A34" w:rsidP="00310A08">
      <w:pPr>
        <w:pStyle w:val="Nagwek2"/>
        <w:rPr>
          <w:lang w:val="pl-PL"/>
        </w:rPr>
      </w:pPr>
      <w:r w:rsidRPr="00FE7A34">
        <w:rPr>
          <w:lang w:val="pl-PL"/>
        </w:rPr>
        <w:t xml:space="preserve">Pouczenie o zgłoszeniach zewnętrznych </w:t>
      </w:r>
    </w:p>
    <w:p w14:paraId="4D601EA1" w14:textId="509D882B" w:rsidR="00310A0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1. Sygnalista może dokonać zgłoszenia zewnętrznego bez uprzedniego dokonania zgłoszenia wewnętrznego.</w:t>
      </w:r>
    </w:p>
    <w:p w14:paraId="02AA0C11" w14:textId="6293996C" w:rsidR="00310A08" w:rsidRPr="00FE7A34" w:rsidRDefault="00310A08" w:rsidP="00310A08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205BF2A1" w14:textId="5371C170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lastRenderedPageBreak/>
        <w:t>2. Zgłoszenie zewnętrzne jest przyjmowane przez Rzecznika Praw Obywatelskich (RPO) lub organ publiczny.</w:t>
      </w:r>
    </w:p>
    <w:p w14:paraId="0277D964" w14:textId="4EFC1C6B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bCs/>
          <w:sz w:val="26"/>
          <w:szCs w:val="26"/>
          <w:lang w:val="pl-PL"/>
        </w:rPr>
        <w:t>3. Właściwość organu publicznego</w:t>
      </w:r>
      <w:r w:rsidRPr="00FE7A34">
        <w:rPr>
          <w:b/>
          <w:sz w:val="26"/>
          <w:szCs w:val="26"/>
          <w:lang w:val="pl-PL"/>
        </w:rPr>
        <w:t xml:space="preserve">: </w:t>
      </w:r>
      <w:r w:rsidRPr="00FE7A34">
        <w:rPr>
          <w:sz w:val="26"/>
          <w:szCs w:val="26"/>
          <w:lang w:val="pl-PL"/>
        </w:rPr>
        <w:t xml:space="preserve">Dla Centrum Rozwoju Edukacji Województwa Łódzkiego w Piotrkowie Trybunalskim (jako wojewódzkiej samorządowej jednostki organizacyjnej) organem publicznym właściwym do przyjmowania zgłoszeń zewnętrznych jest </w:t>
      </w:r>
      <w:r w:rsidR="00FE7A34" w:rsidRPr="00FE7A34">
        <w:rPr>
          <w:b/>
          <w:sz w:val="26"/>
          <w:szCs w:val="26"/>
          <w:lang w:val="pl-PL"/>
        </w:rPr>
        <w:t xml:space="preserve">Marszałek Województwa Łódzkiego </w:t>
      </w:r>
      <w:r w:rsidRPr="00FE7A34">
        <w:rPr>
          <w:sz w:val="26"/>
          <w:szCs w:val="26"/>
          <w:lang w:val="pl-PL"/>
        </w:rPr>
        <w:t xml:space="preserve">lub </w:t>
      </w:r>
      <w:r w:rsidR="00FE7A34" w:rsidRPr="00FE7A34">
        <w:rPr>
          <w:b/>
          <w:sz w:val="26"/>
          <w:szCs w:val="26"/>
          <w:lang w:val="pl-PL"/>
        </w:rPr>
        <w:t>Zarząd Województwa Łódzkiego</w:t>
      </w:r>
      <w:r w:rsidRPr="00FE7A34">
        <w:rPr>
          <w:b/>
          <w:sz w:val="26"/>
          <w:szCs w:val="26"/>
          <w:lang w:val="pl-PL"/>
        </w:rPr>
        <w:t>.</w:t>
      </w:r>
    </w:p>
    <w:p w14:paraId="130AC41F" w14:textId="77777777" w:rsid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4. Procedury dokonywania zgłoszeń zewnętrznych do Marszałka oraz Zarządu Województwa Łódzkiego (przyjęte Uchwałą Nr 1826/24 ZWŁ oraz Zarządzeniem Nr 64/24 MWŁ) są udostępnione w Biuletynie Informacji Publicznej pod adresem:</w:t>
      </w:r>
    </w:p>
    <w:p w14:paraId="4ADB8F12" w14:textId="0FC85252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b/>
          <w:color w:val="0050A0"/>
          <w:sz w:val="26"/>
          <w:szCs w:val="26"/>
          <w:u w:val="single"/>
          <w:lang w:val="pl-PL"/>
        </w:rPr>
        <w:t>https://bip.lodzkie.pl/zglaszanie-naruszen-prawa</w:t>
      </w:r>
    </w:p>
    <w:p w14:paraId="640C72CA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4C9CAAA4" w14:textId="77777777" w:rsidR="001A5328" w:rsidRPr="00FE7A34" w:rsidRDefault="00796842" w:rsidP="00357B33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lastRenderedPageBreak/>
        <w:t>Załącznik nr 4.2 do Procedury zgłoszeń wewnętrznych</w:t>
      </w:r>
    </w:p>
    <w:p w14:paraId="314B27B3" w14:textId="2A74DC42" w:rsidR="001A5328" w:rsidRPr="00FE7A34" w:rsidRDefault="00357B33" w:rsidP="00357B33">
      <w:pPr>
        <w:spacing w:line="360" w:lineRule="auto"/>
        <w:rPr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Wzór zgłoszenia działań odwetowych</w:t>
      </w:r>
    </w:p>
    <w:p w14:paraId="2B3EDADD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>Formularz stosuje się w przypadku zaistnienia jakichkolwiek działań niepożądanych, represyjnych lub dyskryminujących w związku z dokonanym wcześniej zgłoszeniem naruszenia prawa.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6048"/>
      </w:tblGrid>
      <w:tr w:rsidR="001A5328" w:rsidRPr="00FE7A34" w14:paraId="1EF36B0D" w14:textId="77777777">
        <w:tc>
          <w:tcPr>
            <w:tcW w:w="3600" w:type="dxa"/>
            <w:shd w:val="clear" w:color="auto" w:fill="F2F4F7"/>
          </w:tcPr>
          <w:p w14:paraId="255F2C26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Imię i nazwisko zgłaszającego:</w:t>
            </w:r>
          </w:p>
        </w:tc>
        <w:tc>
          <w:tcPr>
            <w:tcW w:w="6048" w:type="dxa"/>
          </w:tcPr>
          <w:p w14:paraId="4F2D7BCE" w14:textId="0E1E5EE1" w:rsidR="001A5328" w:rsidRPr="00FE7A34" w:rsidRDefault="001A5328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</w:p>
        </w:tc>
      </w:tr>
      <w:tr w:rsidR="001A5328" w:rsidRPr="00FE7A34" w14:paraId="3DEE8341" w14:textId="77777777">
        <w:tc>
          <w:tcPr>
            <w:tcW w:w="3600" w:type="dxa"/>
            <w:shd w:val="clear" w:color="auto" w:fill="F2F4F7"/>
          </w:tcPr>
          <w:p w14:paraId="7B5E83B2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Preferowany kontakt (e-mail / tel.):</w:t>
            </w:r>
          </w:p>
        </w:tc>
        <w:tc>
          <w:tcPr>
            <w:tcW w:w="6048" w:type="dxa"/>
          </w:tcPr>
          <w:p w14:paraId="73EF49C8" w14:textId="15F0DD83" w:rsidR="001A5328" w:rsidRPr="00FE7A34" w:rsidRDefault="001A5328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</w:p>
        </w:tc>
      </w:tr>
      <w:tr w:rsidR="001A5328" w:rsidRPr="00FE7A34" w14:paraId="463A8964" w14:textId="77777777">
        <w:tc>
          <w:tcPr>
            <w:tcW w:w="3600" w:type="dxa"/>
            <w:shd w:val="clear" w:color="auto" w:fill="F2F4F7"/>
          </w:tcPr>
          <w:p w14:paraId="022E295C" w14:textId="77777777" w:rsidR="001A5328" w:rsidRPr="00FE7A34" w:rsidRDefault="00796842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Numer / data wcześniejszego zgłoszenia:</w:t>
            </w:r>
          </w:p>
        </w:tc>
        <w:tc>
          <w:tcPr>
            <w:tcW w:w="6048" w:type="dxa"/>
          </w:tcPr>
          <w:p w14:paraId="3FF5729B" w14:textId="726EF36E" w:rsidR="001A5328" w:rsidRPr="00FE7A34" w:rsidRDefault="001A5328" w:rsidP="00310A08">
            <w:pPr>
              <w:spacing w:line="360" w:lineRule="auto"/>
              <w:rPr>
                <w:sz w:val="26"/>
                <w:szCs w:val="26"/>
                <w:lang w:val="pl-PL"/>
              </w:rPr>
            </w:pPr>
          </w:p>
        </w:tc>
      </w:tr>
    </w:tbl>
    <w:p w14:paraId="0A2EE417" w14:textId="77777777" w:rsidR="00357B33" w:rsidRPr="00FE7A34" w:rsidRDefault="00357B33" w:rsidP="00310A08">
      <w:pPr>
        <w:spacing w:line="360" w:lineRule="auto"/>
        <w:rPr>
          <w:sz w:val="26"/>
          <w:szCs w:val="26"/>
          <w:lang w:val="pl-PL"/>
        </w:rPr>
      </w:pPr>
    </w:p>
    <w:p w14:paraId="4EB58D14" w14:textId="4E6B6C84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Opis okoliczności i formy działań odwetowych (np. mobbing, zmiana warunków pracy, pomijanie przy awansie, karanie porządkowe, inne niekorzystne traktowanie):</w:t>
      </w:r>
    </w:p>
    <w:p w14:paraId="25F22A9C" w14:textId="24819984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595D31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Osoby odpowiedzialne za dopuszczenie się działań odwetowych (imię, nazwisko, stanowisko):</w:t>
      </w:r>
    </w:p>
    <w:p w14:paraId="3D58F552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 xml:space="preserve">........................................................................................................................................................................................................... </w:t>
      </w:r>
    </w:p>
    <w:p w14:paraId="18C8206F" w14:textId="1AEB1B25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Data i podpis zgłaszającego: ........................................................................................</w:t>
      </w:r>
    </w:p>
    <w:p w14:paraId="50910D67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67BC0268" w14:textId="77777777" w:rsidR="001A5328" w:rsidRPr="00FE7A34" w:rsidRDefault="00796842" w:rsidP="00357B33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lastRenderedPageBreak/>
        <w:t>Załącznik nr 4.3 do Procedury zgłoszeń wewnętrznych</w:t>
      </w:r>
    </w:p>
    <w:p w14:paraId="09F073D6" w14:textId="492CAEE2" w:rsidR="00310A08" w:rsidRPr="00FE7A34" w:rsidRDefault="00357B33" w:rsidP="00357B33">
      <w:pPr>
        <w:spacing w:line="360" w:lineRule="auto"/>
        <w:rPr>
          <w:lang w:val="pl-PL"/>
        </w:rPr>
      </w:pPr>
      <w:r w:rsidRPr="00FE7A34">
        <w:rPr>
          <w:b/>
          <w:sz w:val="26"/>
          <w:lang w:val="pl-PL"/>
        </w:rPr>
        <w:t>Wzór oświadczenia pracownika / zleceniobiorcy o zapoznaniu się z procedurą zgłoszeń wewnętrznych</w:t>
      </w:r>
    </w:p>
    <w:p w14:paraId="6BE7E079" w14:textId="68987C8E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Ja, niżej podpisany/a:</w:t>
      </w:r>
    </w:p>
    <w:p w14:paraId="436B89B2" w14:textId="77777777" w:rsidR="00310A08" w:rsidRPr="00FE7A34" w:rsidRDefault="00310A08" w:rsidP="00310A08">
      <w:pPr>
        <w:spacing w:line="360" w:lineRule="auto"/>
        <w:rPr>
          <w:b/>
          <w:sz w:val="26"/>
          <w:szCs w:val="26"/>
          <w:lang w:val="pl-PL"/>
        </w:rPr>
      </w:pPr>
    </w:p>
    <w:p w14:paraId="399B774C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Imię i nazwisko: ...................................................................................................................</w:t>
      </w:r>
    </w:p>
    <w:p w14:paraId="1C3C6379" w14:textId="0F8E3E52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Stanowisko / Dział: ...................................................................................................................</w:t>
      </w:r>
    </w:p>
    <w:p w14:paraId="53C0C9A9" w14:textId="2DE0BC96" w:rsidR="001A5328" w:rsidRPr="00FE7A34" w:rsidRDefault="00357B33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Oświadczenie</w:t>
      </w:r>
    </w:p>
    <w:p w14:paraId="52A188EB" w14:textId="77777777" w:rsidR="00E537A4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Oświadczam, że zapoznałem/am się z treścią Procedury zgłoszeń wewnętrznych naruszenia prawa obowiązującej w Centrum Rozwoju Edukacji Województwa Łódzkiego w Piotrkowie Trybunalskim, rozumiem zawarte w niej postanowienia oraz zobowiązuję się do ich bezwzględnego przestrzegania. Zostałem/am również poinformowany/a o przysługujących mi prawach i ochronie przed działaniami odwetowymi, jak również o zasadach ochrony poufności danych osobowych i treści zgłoszeń.</w:t>
      </w:r>
    </w:p>
    <w:p w14:paraId="50C59912" w14:textId="4C477A4F" w:rsidR="00E537A4" w:rsidRPr="00FE7A34" w:rsidRDefault="00FE7A34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 xml:space="preserve">Informacja </w:t>
      </w:r>
      <w:r>
        <w:rPr>
          <w:sz w:val="26"/>
          <w:szCs w:val="26"/>
          <w:lang w:val="pl-PL"/>
        </w:rPr>
        <w:t>o</w:t>
      </w:r>
      <w:r w:rsidRPr="00FE7A34">
        <w:rPr>
          <w:sz w:val="26"/>
          <w:szCs w:val="26"/>
          <w:lang w:val="pl-PL"/>
        </w:rPr>
        <w:t xml:space="preserve"> Vacatio Legis </w:t>
      </w:r>
      <w:r w:rsidR="00796842" w:rsidRPr="00FE7A34">
        <w:rPr>
          <w:sz w:val="26"/>
          <w:szCs w:val="26"/>
          <w:lang w:val="pl-PL"/>
        </w:rPr>
        <w:t>(art. 24 ust. 5 ustawy): Procedura zgłoszeń wewnętrznych (oraz każda jej zmiana) wchodzi w życie po upływie 7 dni od dnia podania jej do wiadomości osób wykonujących pracę w sposób przyjęty w Centrum.</w:t>
      </w:r>
    </w:p>
    <w:p w14:paraId="30C6B513" w14:textId="7623A6DE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...........................................................                  ...........................................................</w:t>
      </w:r>
    </w:p>
    <w:p w14:paraId="521D5A44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(Miejscowość, data)                                           (Podpis pracownika / współpracownika)</w:t>
      </w:r>
    </w:p>
    <w:p w14:paraId="4B1CBDAA" w14:textId="77777777" w:rsidR="001A5328" w:rsidRPr="00FE7A34" w:rsidRDefault="00796842" w:rsidP="00310A08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28A5103B" w14:textId="77777777" w:rsidR="001A5328" w:rsidRPr="00FE7A34" w:rsidRDefault="00796842" w:rsidP="00357B33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lastRenderedPageBreak/>
        <w:t>Załącznik nr 4.4 do Procedury zgłoszeń wewnętrznych</w:t>
      </w:r>
    </w:p>
    <w:p w14:paraId="12EF0AAB" w14:textId="65BE5B8E" w:rsidR="00E537A4" w:rsidRPr="00FE7A34" w:rsidRDefault="00357B33" w:rsidP="00357B33">
      <w:pPr>
        <w:spacing w:line="360" w:lineRule="auto"/>
        <w:rPr>
          <w:b/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Wzór rejestru zgłoszeń wewnętrznych naruszenia prawa</w:t>
      </w:r>
    </w:p>
    <w:p w14:paraId="5F6C695E" w14:textId="76AE2C86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(Zaktualizowany zgodnie z art. 29 ust. 1 i 4 ustawy o ochronie sygnalistów)</w:t>
      </w:r>
    </w:p>
    <w:p w14:paraId="5D13355B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>Rejestr zgłoszeń wewnętrznych prowadzony jest przez wyznaczoną osobę upoważnioną z zachowaniem pełnych zasad poufności. Rejestr zawiera pełny zakres danych wymaganych ustawą:</w:t>
      </w:r>
    </w:p>
    <w:tbl>
      <w:tblPr>
        <w:tblStyle w:val="Tabela-Siatka"/>
        <w:tblW w:w="10584" w:type="dxa"/>
        <w:tblLayout w:type="fixed"/>
        <w:tblLook w:val="04A0" w:firstRow="1" w:lastRow="0" w:firstColumn="1" w:lastColumn="0" w:noHBand="0" w:noVBand="1"/>
      </w:tblPr>
      <w:tblGrid>
        <w:gridCol w:w="324"/>
        <w:gridCol w:w="1032"/>
        <w:gridCol w:w="1312"/>
        <w:gridCol w:w="1197"/>
        <w:gridCol w:w="966"/>
        <w:gridCol w:w="966"/>
        <w:gridCol w:w="1428"/>
        <w:gridCol w:w="1312"/>
        <w:gridCol w:w="1081"/>
        <w:gridCol w:w="966"/>
      </w:tblGrid>
      <w:tr w:rsidR="00E537A4" w:rsidRPr="00FE7A34" w14:paraId="484B0C0D" w14:textId="77777777" w:rsidTr="00E537A4">
        <w:trPr>
          <w:trHeight w:val="2709"/>
        </w:trPr>
        <w:tc>
          <w:tcPr>
            <w:tcW w:w="324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4F2C7B7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Lp.</w:t>
            </w:r>
          </w:p>
        </w:tc>
        <w:tc>
          <w:tcPr>
            <w:tcW w:w="1032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0E48149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Numer sprawy</w:t>
            </w:r>
          </w:p>
        </w:tc>
        <w:tc>
          <w:tcPr>
            <w:tcW w:w="1312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940A423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Dane osobowe sygnalisty</w:t>
            </w: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br/>
              <w:t>(imię, nazwisko / anonim)</w:t>
            </w:r>
          </w:p>
        </w:tc>
        <w:tc>
          <w:tcPr>
            <w:tcW w:w="1197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FE5ABA7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Adres kontaktowy sygnalisty</w:t>
            </w:r>
          </w:p>
        </w:tc>
        <w:tc>
          <w:tcPr>
            <w:tcW w:w="966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8F716CF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Data dokonania zgłoszenia</w:t>
            </w:r>
          </w:p>
        </w:tc>
        <w:tc>
          <w:tcPr>
            <w:tcW w:w="966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A32E7AD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Data wpływu do Centrum</w:t>
            </w:r>
          </w:p>
        </w:tc>
        <w:tc>
          <w:tcPr>
            <w:tcW w:w="1428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DEEC7F2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Przedmiot naruszenia prawa</w:t>
            </w:r>
          </w:p>
        </w:tc>
        <w:tc>
          <w:tcPr>
            <w:tcW w:w="1312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C793834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Podjęte działania następcze / etap</w:t>
            </w:r>
          </w:p>
        </w:tc>
        <w:tc>
          <w:tcPr>
            <w:tcW w:w="1081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16DD996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Podstawa niepodjęcia rozpatrywania</w:t>
            </w:r>
          </w:p>
        </w:tc>
        <w:tc>
          <w:tcPr>
            <w:tcW w:w="966" w:type="dxa"/>
            <w:shd w:val="clear" w:color="auto" w:fill="0F2D5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E414043" w14:textId="77777777" w:rsidR="001A5328" w:rsidRPr="00FE7A34" w:rsidRDefault="00796842" w:rsidP="00E537A4">
            <w:pPr>
              <w:spacing w:line="360" w:lineRule="auto"/>
              <w:jc w:val="center"/>
              <w:rPr>
                <w:sz w:val="16"/>
                <w:szCs w:val="16"/>
                <w:lang w:val="pl-PL"/>
              </w:rPr>
            </w:pPr>
            <w:r w:rsidRPr="00FE7A34">
              <w:rPr>
                <w:b/>
                <w:color w:val="FFFFFF"/>
                <w:sz w:val="16"/>
                <w:szCs w:val="16"/>
                <w:lang w:val="pl-PL"/>
              </w:rPr>
              <w:t>Data zakończenia sprawy</w:t>
            </w:r>
          </w:p>
        </w:tc>
      </w:tr>
      <w:tr w:rsidR="00E537A4" w:rsidRPr="00FE7A34" w14:paraId="3B87DC07" w14:textId="77777777" w:rsidTr="00E537A4">
        <w:trPr>
          <w:trHeight w:val="1097"/>
        </w:trPr>
        <w:tc>
          <w:tcPr>
            <w:tcW w:w="32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21A3408" w14:textId="77777777" w:rsidR="001A5328" w:rsidRPr="00FE7A34" w:rsidRDefault="00796842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1.</w:t>
            </w:r>
          </w:p>
        </w:tc>
        <w:tc>
          <w:tcPr>
            <w:tcW w:w="103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24ABA33" w14:textId="77777777" w:rsidR="001A5328" w:rsidRPr="00FE7A34" w:rsidRDefault="00796842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2026/01</w:t>
            </w:r>
          </w:p>
        </w:tc>
        <w:tc>
          <w:tcPr>
            <w:tcW w:w="131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7D5FF36" w14:textId="174851E6" w:rsidR="001A5328" w:rsidRPr="00FE7A34" w:rsidRDefault="001A5328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197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7AC8C70" w14:textId="6BB5C2EE" w:rsidR="001A5328" w:rsidRPr="00FE7A34" w:rsidRDefault="001A5328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966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1948C04" w14:textId="26E708F1" w:rsidR="001A5328" w:rsidRPr="00FE7A34" w:rsidRDefault="001A5328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966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CC3B83" w14:textId="5B401B4E" w:rsidR="001A5328" w:rsidRPr="00FE7A34" w:rsidRDefault="001A5328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428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813E40F" w14:textId="22104789" w:rsidR="001A5328" w:rsidRPr="00FE7A34" w:rsidRDefault="001A5328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31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E20FAA0" w14:textId="3CDD002C" w:rsidR="001A5328" w:rsidRPr="00FE7A34" w:rsidRDefault="001A5328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081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23BAA9C" w14:textId="58431692" w:rsidR="001A5328" w:rsidRPr="00FE7A34" w:rsidRDefault="001A5328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966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60CFE63" w14:textId="56FA7687" w:rsidR="001A5328" w:rsidRPr="00FE7A34" w:rsidRDefault="001A5328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</w:tr>
      <w:tr w:rsidR="00E537A4" w:rsidRPr="00FE7A34" w14:paraId="69B9453F" w14:textId="77777777" w:rsidTr="00E537A4">
        <w:trPr>
          <w:trHeight w:val="531"/>
        </w:trPr>
        <w:tc>
          <w:tcPr>
            <w:tcW w:w="324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4F0879C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03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A8F4EE0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31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6D1D418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197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AC28C0F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966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48418A8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966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AB2AC84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428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391025E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31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D14B5BF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1081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E8D6C48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  <w:tc>
          <w:tcPr>
            <w:tcW w:w="966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27FBE6E" w14:textId="77777777" w:rsidR="00E537A4" w:rsidRPr="00FE7A34" w:rsidRDefault="00E537A4" w:rsidP="00E537A4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</w:p>
        </w:tc>
      </w:tr>
    </w:tbl>
    <w:p w14:paraId="58B723BB" w14:textId="77777777" w:rsidR="00E537A4" w:rsidRPr="00FE7A34" w:rsidRDefault="00E537A4" w:rsidP="00E537A4">
      <w:pPr>
        <w:spacing w:line="360" w:lineRule="auto"/>
        <w:rPr>
          <w:sz w:val="26"/>
          <w:szCs w:val="26"/>
          <w:lang w:val="pl-PL"/>
        </w:rPr>
      </w:pPr>
    </w:p>
    <w:p w14:paraId="6610DDFE" w14:textId="674EE514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Uwaga: Rejestr zgłoszeń przechowywany jest przez okres 3 lat po zakończeniu roku kalendarzowego, w którym zakończono działania następcze. Po tym okresie dane są trwale usuwane (art. 29 ust. 5 ustawy).</w:t>
      </w:r>
    </w:p>
    <w:p w14:paraId="3021573B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0A1C32E0" w14:textId="7F53D09C" w:rsidR="001A5328" w:rsidRPr="00FE7A34" w:rsidRDefault="00796842" w:rsidP="00357B33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lastRenderedPageBreak/>
        <w:t xml:space="preserve">Załącznik nr 4.5 do Procedury zgłoszeń wewnętrznych </w:t>
      </w:r>
    </w:p>
    <w:p w14:paraId="76D876F1" w14:textId="03E022FC" w:rsidR="001A5328" w:rsidRPr="00FE7A34" w:rsidRDefault="00FE7A34" w:rsidP="00357B33">
      <w:pPr>
        <w:spacing w:line="360" w:lineRule="auto"/>
        <w:rPr>
          <w:b/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Wzór oświadczenia o bezstronności i braku konfliktu interesów</w:t>
      </w:r>
    </w:p>
    <w:p w14:paraId="19CCDCBC" w14:textId="77777777" w:rsidR="00357B33" w:rsidRPr="00FE7A34" w:rsidRDefault="00357B33" w:rsidP="00357B33">
      <w:pPr>
        <w:spacing w:line="360" w:lineRule="auto"/>
        <w:rPr>
          <w:sz w:val="26"/>
          <w:szCs w:val="26"/>
          <w:lang w:val="pl-PL"/>
        </w:rPr>
      </w:pPr>
    </w:p>
    <w:p w14:paraId="6957E4E6" w14:textId="78C989B4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Imię i nazwisko osoby upoważnionej: ....................................................................................................</w:t>
      </w:r>
    </w:p>
    <w:p w14:paraId="6BF53461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Stanowisko służbowe: .............................................................................................................................</w:t>
      </w:r>
    </w:p>
    <w:p w14:paraId="38E74B80" w14:textId="66B4B5D3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Numer sprawy zgłoszenia: ...........................................................................................................................</w:t>
      </w:r>
    </w:p>
    <w:p w14:paraId="1C483476" w14:textId="2571901B" w:rsidR="001A5328" w:rsidRPr="00FE7A34" w:rsidRDefault="00357B33" w:rsidP="00E537A4">
      <w:pPr>
        <w:spacing w:line="360" w:lineRule="auto"/>
        <w:rPr>
          <w:b/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Oświadczenie o bezstronności</w:t>
      </w:r>
    </w:p>
    <w:p w14:paraId="1E8FE0A1" w14:textId="77777777" w:rsidR="00E537A4" w:rsidRPr="00FE7A34" w:rsidRDefault="00E537A4" w:rsidP="00E537A4">
      <w:pPr>
        <w:spacing w:line="360" w:lineRule="auto"/>
        <w:rPr>
          <w:sz w:val="26"/>
          <w:szCs w:val="26"/>
          <w:lang w:val="pl-PL"/>
        </w:rPr>
      </w:pPr>
    </w:p>
    <w:p w14:paraId="039DD8D6" w14:textId="77777777" w:rsidR="00E537A4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Przystępując do weryfikacji zgłoszenia oraz prowadzenia działań następczych w sprawie nr .........................., niniejszym oświadczam, że:</w:t>
      </w:r>
    </w:p>
    <w:p w14:paraId="6D56FCDD" w14:textId="77777777" w:rsidR="00E537A4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1. Nie pozostaję w stosunku pokrewieństwa, powinowactwa, podległości służbowej ani w innym stosunku prawnym lub faktycznym z osobą dokonującą zgłoszenia (sygnalistą) lub osobą, której dotyczy zgłoszenie, który mógłby wywołać uzasadnione wątpliwości co do mojej bezstronności.</w:t>
      </w:r>
    </w:p>
    <w:p w14:paraId="472207DE" w14:textId="77777777" w:rsidR="00E537A4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2. Nie istnieją żadne okoliczności powodujące konflikt interesów, które wpływałyby na obiektywizm i rzetelność podejmowanych przeze mnie czynności wyjaśniających.</w:t>
      </w:r>
    </w:p>
    <w:p w14:paraId="6682028F" w14:textId="11A93D75" w:rsidR="00E537A4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3. Zobowiązuję się do zachowania bezwzględnej poufności tożsamości sygnalisty, osób wskazanych w zgłoszeniu oraz treści samego zgłoszenia.</w:t>
      </w:r>
    </w:p>
    <w:p w14:paraId="074C3566" w14:textId="4854DAC4" w:rsidR="00E537A4" w:rsidRPr="00FE7A34" w:rsidRDefault="00E537A4" w:rsidP="00E537A4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34432B79" w14:textId="77777777" w:rsidR="00E537A4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lastRenderedPageBreak/>
        <w:t>4. W przypadku zaistnienia w toku postępowania jakichkolwiek okoliczności mogących rzutować na moją bezstronność, zobowiązuję się do niezwłocznego poinformowania Dyrektora Centrum i wyłączenia się od dalszego udziału w sprawie.</w:t>
      </w:r>
    </w:p>
    <w:p w14:paraId="42474000" w14:textId="77777777" w:rsidR="00E537A4" w:rsidRPr="00FE7A34" w:rsidRDefault="00E537A4" w:rsidP="00E537A4">
      <w:pPr>
        <w:spacing w:line="360" w:lineRule="auto"/>
        <w:rPr>
          <w:sz w:val="26"/>
          <w:szCs w:val="26"/>
          <w:lang w:val="pl-PL"/>
        </w:rPr>
      </w:pPr>
    </w:p>
    <w:p w14:paraId="46D88EBC" w14:textId="0FE794E1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..........................................................                  ...........................................................</w:t>
      </w:r>
    </w:p>
    <w:p w14:paraId="7CE8A533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(Miejscowość, data)                                           (Podpis osoby upoważnionej)</w:t>
      </w:r>
    </w:p>
    <w:p w14:paraId="3CF7F4EB" w14:textId="77777777" w:rsidR="00E537A4" w:rsidRPr="00FE7A34" w:rsidRDefault="00796842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Oświadczenie odebrał:</w:t>
      </w:r>
    </w:p>
    <w:p w14:paraId="19D7D3CA" w14:textId="77777777" w:rsidR="00E537A4" w:rsidRPr="00FE7A34" w:rsidRDefault="00E537A4">
      <w:pPr>
        <w:rPr>
          <w:sz w:val="26"/>
          <w:szCs w:val="26"/>
          <w:lang w:val="pl-PL"/>
        </w:rPr>
      </w:pPr>
    </w:p>
    <w:p w14:paraId="5D4E5BFD" w14:textId="77777777" w:rsidR="00E537A4" w:rsidRPr="00FE7A34" w:rsidRDefault="00796842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....................................................................................................</w:t>
      </w:r>
    </w:p>
    <w:p w14:paraId="04168CBE" w14:textId="6A8A78EF" w:rsidR="001A5328" w:rsidRPr="00FE7A34" w:rsidRDefault="00796842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(Data i podpis Dyrektora Centrum)</w:t>
      </w:r>
    </w:p>
    <w:p w14:paraId="70220832" w14:textId="77777777" w:rsidR="001A5328" w:rsidRPr="00FE7A34" w:rsidRDefault="00796842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64A168B0" w14:textId="48AAD358" w:rsidR="001A5328" w:rsidRPr="00FE7A34" w:rsidRDefault="00796842" w:rsidP="00357B33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lastRenderedPageBreak/>
        <w:t xml:space="preserve">Załącznik nr 4.6 do Procedury zgłoszeń wewnętrznych </w:t>
      </w:r>
    </w:p>
    <w:p w14:paraId="578AE4C0" w14:textId="16E7F22E" w:rsidR="00E537A4" w:rsidRPr="00FE7A34" w:rsidRDefault="00357B33" w:rsidP="00357B33">
      <w:pPr>
        <w:spacing w:line="360" w:lineRule="auto"/>
        <w:rPr>
          <w:b/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Wzór raportu końcowego z postępowania wyjaśniającego</w:t>
      </w:r>
    </w:p>
    <w:p w14:paraId="11CFE509" w14:textId="440B449B" w:rsidR="001A5328" w:rsidRPr="00FE7A34" w:rsidRDefault="00FE7A34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Raport końcowy z sprawy nr</w:t>
      </w:r>
      <w:r w:rsidR="00796842" w:rsidRPr="00FE7A34">
        <w:rPr>
          <w:sz w:val="26"/>
          <w:szCs w:val="26"/>
          <w:lang w:val="pl-PL"/>
        </w:rPr>
        <w:t>: ...........................................</w:t>
      </w:r>
    </w:p>
    <w:p w14:paraId="6F923580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Data sporządzenia raportu: .....................................................</w:t>
      </w:r>
    </w:p>
    <w:p w14:paraId="571B6849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Osoba / zespół sporządzający: ...................................................................................................</w:t>
      </w:r>
    </w:p>
    <w:p w14:paraId="517C8ADD" w14:textId="06768C05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1. Opis przyjętego zgłoszenia (przedmiot naruszenia, obszar, data wpływu, podjęte wstępne czynności weryfikacyjne):</w:t>
      </w:r>
    </w:p>
    <w:p w14:paraId="66BCB06A" w14:textId="77777777" w:rsidR="00E537A4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 xml:space="preserve">........................................................................................................................................................................................................... </w:t>
      </w:r>
    </w:p>
    <w:p w14:paraId="33D4060B" w14:textId="0D6E97A8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2. Przeprowadzone czynności wyjaśniające (analiza dokumentów, przesłuchania świadków/osób, zgromadzony materiał dowodowy z zachowaniem zasad pseudonimizacji):</w:t>
      </w:r>
    </w:p>
    <w:p w14:paraId="67F8A31E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 xml:space="preserve">........................................................................................................................................................................................................... </w:t>
      </w:r>
    </w:p>
    <w:p w14:paraId="4896AEE8" w14:textId="6FC8CF09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3. Ustalenia faktyczne i ocena zasadności zgłoszenia (czy zgłoszenie potwierdziło się w całości / w części / okazało się bezzasadne):</w:t>
      </w:r>
    </w:p>
    <w:p w14:paraId="57C0E188" w14:textId="76E1426E" w:rsidR="00FE14F5" w:rsidRPr="00FE7A34" w:rsidRDefault="00796842" w:rsidP="00E537A4">
      <w:pPr>
        <w:spacing w:line="360" w:lineRule="auto"/>
        <w:rPr>
          <w:i/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 xml:space="preserve">........................................................................................................................................................................................................... </w:t>
      </w:r>
    </w:p>
    <w:p w14:paraId="3F1DD781" w14:textId="38BF2FE2" w:rsidR="001A5328" w:rsidRPr="00FE7A34" w:rsidRDefault="00FE14F5" w:rsidP="00FE14F5">
      <w:pPr>
        <w:rPr>
          <w:i/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br w:type="page"/>
      </w:r>
    </w:p>
    <w:p w14:paraId="1D9903C9" w14:textId="05BB8821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lastRenderedPageBreak/>
        <w:t>4. Rekomendacje i podjęte / planowane działania następcze (wnioski dyscyplinarne, organizacyjne, zawiadomienia organów zewnętrznych, zmiany w procedurach):</w:t>
      </w:r>
    </w:p>
    <w:p w14:paraId="123306A5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 xml:space="preserve">........................................................................................................................................................................................................... </w:t>
      </w:r>
    </w:p>
    <w:p w14:paraId="4A92AC80" w14:textId="06621735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5. Informacja o przekazaniu informacji zwrotnej sygnaliście (data i forma zachowania terminu 3 miesięcy).</w:t>
      </w:r>
    </w:p>
    <w:p w14:paraId="581C33E6" w14:textId="77777777" w:rsidR="00E537A4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i/>
          <w:sz w:val="26"/>
          <w:szCs w:val="26"/>
          <w:lang w:val="pl-PL"/>
        </w:rPr>
        <w:t xml:space="preserve">........................................................................................................................................................................................................... </w:t>
      </w:r>
    </w:p>
    <w:p w14:paraId="6239E1F4" w14:textId="39DC6BB1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Podpis osoby upoważnionej: .............................................................</w:t>
      </w:r>
    </w:p>
    <w:p w14:paraId="6C0398E3" w14:textId="77777777" w:rsidR="00E537A4" w:rsidRPr="00FE7A34" w:rsidRDefault="00E537A4" w:rsidP="00E537A4">
      <w:pPr>
        <w:spacing w:line="360" w:lineRule="auto"/>
        <w:rPr>
          <w:b/>
          <w:sz w:val="26"/>
          <w:szCs w:val="26"/>
          <w:lang w:val="pl-PL"/>
        </w:rPr>
      </w:pPr>
    </w:p>
    <w:p w14:paraId="1970BB77" w14:textId="77777777" w:rsidR="00E537A4" w:rsidRPr="00FE7A34" w:rsidRDefault="00796842" w:rsidP="00E537A4">
      <w:pPr>
        <w:spacing w:line="360" w:lineRule="auto"/>
        <w:rPr>
          <w:b/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ZATWIERDZENIE RAPORTU PRZEZ DYREKTORA CENTRUM:</w:t>
      </w:r>
    </w:p>
    <w:p w14:paraId="59D87896" w14:textId="77777777" w:rsidR="00E537A4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[ ] Zatwierdzam wnioski i rekomendacje zawarte w raporcie.</w:t>
      </w:r>
      <w:r w:rsidRPr="00FE7A34">
        <w:rPr>
          <w:sz w:val="26"/>
          <w:szCs w:val="26"/>
          <w:lang w:val="pl-PL"/>
        </w:rPr>
        <w:br/>
        <w:t>[ ] Wnoszę o uzupełnienie postępowania w zakresie: ........................................................</w:t>
      </w:r>
    </w:p>
    <w:p w14:paraId="1B0632C2" w14:textId="77777777" w:rsidR="00E537A4" w:rsidRPr="00FE7A34" w:rsidRDefault="00E537A4" w:rsidP="00E537A4">
      <w:pPr>
        <w:spacing w:line="360" w:lineRule="auto"/>
        <w:rPr>
          <w:sz w:val="26"/>
          <w:szCs w:val="26"/>
          <w:lang w:val="pl-PL"/>
        </w:rPr>
      </w:pPr>
    </w:p>
    <w:p w14:paraId="619E4AFE" w14:textId="6096FA1E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Data i podpis Dyrektora: .....................................................................................</w:t>
      </w:r>
    </w:p>
    <w:p w14:paraId="10AFEE0F" w14:textId="77777777" w:rsidR="001A5328" w:rsidRPr="00FE7A34" w:rsidRDefault="00796842" w:rsidP="00E537A4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484C6B9F" w14:textId="77777777" w:rsidR="001A5328" w:rsidRPr="00FE7A34" w:rsidRDefault="00796842" w:rsidP="00357B33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lastRenderedPageBreak/>
        <w:t xml:space="preserve">Załącznik nr 4.7 do Procedury zgłoszeń </w:t>
      </w:r>
      <w:r w:rsidRPr="00FE7A34">
        <w:rPr>
          <w:rFonts w:cs="Calibri"/>
          <w:lang w:val="pl-PL"/>
        </w:rPr>
        <w:t>wewnętrznych</w:t>
      </w:r>
    </w:p>
    <w:p w14:paraId="36C9991D" w14:textId="249067D2" w:rsidR="001A5328" w:rsidRPr="00FE7A34" w:rsidRDefault="00357B33" w:rsidP="00357B33">
      <w:pPr>
        <w:spacing w:line="360" w:lineRule="auto"/>
        <w:rPr>
          <w:b/>
          <w:bCs/>
          <w:sz w:val="26"/>
          <w:szCs w:val="26"/>
          <w:lang w:val="pl-PL"/>
        </w:rPr>
      </w:pPr>
      <w:r w:rsidRPr="00FE7A34">
        <w:rPr>
          <w:b/>
          <w:bCs/>
          <w:sz w:val="26"/>
          <w:szCs w:val="26"/>
          <w:lang w:val="pl-PL"/>
        </w:rPr>
        <w:t>Wzór upoważnienia do przyjmowania zgłoszeń, prowadzenia działań następczych oraz przetwarzania danych osobowych</w:t>
      </w:r>
    </w:p>
    <w:p w14:paraId="5AF984CC" w14:textId="7449623A" w:rsidR="00FE14F5" w:rsidRPr="00FE7A34" w:rsidRDefault="00FE7A34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 xml:space="preserve">Upoważnienie nr </w:t>
      </w:r>
      <w:r w:rsidR="00796842" w:rsidRPr="00FE7A34">
        <w:rPr>
          <w:sz w:val="26"/>
          <w:szCs w:val="26"/>
          <w:lang w:val="pl-PL"/>
        </w:rPr>
        <w:t>..... / 2026</w:t>
      </w:r>
    </w:p>
    <w:p w14:paraId="7FB6B786" w14:textId="0DD3AC54" w:rsidR="001A5328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Działając na podstawie art. 27 ust. 1 oraz art. 29 ustawy z dnia 14 czerwca 2024 r. o ochronie sygnalistów (Dz.U. poz. 928), upoważniam Panią/Pana:</w:t>
      </w:r>
    </w:p>
    <w:p w14:paraId="2C63108C" w14:textId="77777777" w:rsidR="00FE14F5" w:rsidRPr="00FE7A34" w:rsidRDefault="00FE14F5" w:rsidP="00FE14F5">
      <w:pPr>
        <w:spacing w:line="360" w:lineRule="auto"/>
        <w:rPr>
          <w:sz w:val="26"/>
          <w:szCs w:val="26"/>
          <w:lang w:val="pl-PL"/>
        </w:rPr>
      </w:pPr>
    </w:p>
    <w:p w14:paraId="1FAB9C79" w14:textId="77777777" w:rsidR="001A5328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Imię i nazwisko: ...................................................................................................................</w:t>
      </w:r>
    </w:p>
    <w:p w14:paraId="159E8D20" w14:textId="6F7E8E38" w:rsidR="001A5328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Stanowisko służbowe: ...................................................................................................................</w:t>
      </w:r>
    </w:p>
    <w:p w14:paraId="3A730E02" w14:textId="7178D987" w:rsidR="00FE14F5" w:rsidRPr="00FE7A34" w:rsidRDefault="00FE7A34" w:rsidP="00FE14F5">
      <w:pPr>
        <w:spacing w:line="360" w:lineRule="auto"/>
        <w:rPr>
          <w:sz w:val="26"/>
          <w:szCs w:val="26"/>
          <w:lang w:val="pl-PL"/>
        </w:rPr>
      </w:pPr>
      <w:r>
        <w:rPr>
          <w:sz w:val="26"/>
          <w:szCs w:val="26"/>
          <w:lang w:val="pl-PL"/>
        </w:rPr>
        <w:t>do</w:t>
      </w:r>
      <w:r w:rsidR="00796842" w:rsidRPr="00FE7A34">
        <w:rPr>
          <w:sz w:val="26"/>
          <w:szCs w:val="26"/>
          <w:lang w:val="pl-PL"/>
        </w:rPr>
        <w:t>:</w:t>
      </w:r>
    </w:p>
    <w:p w14:paraId="7AF20E20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1. Przyjmowania i weryfikacji zgłoszeń wewnętrznych naruszeń prawa.</w:t>
      </w:r>
    </w:p>
    <w:p w14:paraId="5641830B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2. Prowadzenia działań następczych, w tym dokonywania ustaleń i sporządzania raportów końcowych.</w:t>
      </w:r>
    </w:p>
    <w:p w14:paraId="6B0722CD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3. Przetwarzania danych osobowych osób dokonujących zgłoszeń, osób których dotyczy zgłoszenie oraz osób trzecich wskazanych w zgłoszeniu.</w:t>
      </w:r>
    </w:p>
    <w:p w14:paraId="3966E3EB" w14:textId="199CC852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4. Prowadzenia Rejestru zgłoszeń wewnętrznych.</w:t>
      </w:r>
    </w:p>
    <w:p w14:paraId="3EF256EC" w14:textId="77777777" w:rsidR="00FE14F5" w:rsidRPr="00FE7A34" w:rsidRDefault="00FE14F5" w:rsidP="00FE14F5">
      <w:pPr>
        <w:spacing w:line="360" w:lineRule="auto"/>
        <w:rPr>
          <w:sz w:val="26"/>
          <w:szCs w:val="26"/>
          <w:lang w:val="pl-PL"/>
        </w:rPr>
      </w:pPr>
    </w:p>
    <w:p w14:paraId="1D566476" w14:textId="4430B067" w:rsidR="00FE14F5" w:rsidRPr="00FE7A34" w:rsidRDefault="00FE7A34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Zastępstwo</w:t>
      </w:r>
      <w:r w:rsidR="00796842" w:rsidRPr="00FE7A34">
        <w:rPr>
          <w:sz w:val="26"/>
          <w:szCs w:val="26"/>
          <w:lang w:val="pl-PL"/>
        </w:rPr>
        <w:t>: W przypadku nieobecności osoby upoważnionej, obowiązki i uprawnienia przejmuje wyznaczony Zastępca: ...................................................................................................</w:t>
      </w:r>
    </w:p>
    <w:p w14:paraId="259F828A" w14:textId="24C88E05" w:rsidR="00FE14F5" w:rsidRPr="00FE7A34" w:rsidRDefault="00FE14F5" w:rsidP="00FE14F5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060DCBD2" w14:textId="71917F56" w:rsidR="00FE14F5" w:rsidRPr="00FE7A34" w:rsidRDefault="00FE7A34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lastRenderedPageBreak/>
        <w:t>Postępowanie w przypadku konfliktu interesów</w:t>
      </w:r>
      <w:r w:rsidR="00796842" w:rsidRPr="00FE7A34">
        <w:rPr>
          <w:sz w:val="26"/>
          <w:szCs w:val="26"/>
          <w:lang w:val="pl-PL"/>
        </w:rPr>
        <w:t>: Jeżeli zgłoszenie naruszenia prawa dotyczy bezpośrednio lub pośrednio osoby upoważnionej, osoba ta podlega wyłączeniu z obsługi sprawy, a czynności wykonuje Zastępca lub osoba wyznaczona odrębnym upoważnieniem Dyrektora.</w:t>
      </w:r>
    </w:p>
    <w:p w14:paraId="2F2DE4EB" w14:textId="2339C986" w:rsidR="00FE14F5" w:rsidRPr="00FE7A34" w:rsidRDefault="00FE7A34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Zasada poufności i pseudonimizacji</w:t>
      </w:r>
      <w:r w:rsidR="00796842" w:rsidRPr="00FE7A34">
        <w:rPr>
          <w:sz w:val="26"/>
          <w:szCs w:val="26"/>
          <w:lang w:val="pl-PL"/>
        </w:rPr>
        <w:t>: Zobowiązuję Panią/Pana do zachowania pełnej tajemnicy i poufności danych osobowych oraz treści zgłoszenia, jak również do stosowania narzędzi pseudonimizacji danych wobec osób nieupoważnionych.</w:t>
      </w:r>
    </w:p>
    <w:p w14:paraId="313A237C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.................................................................................</w:t>
      </w:r>
    </w:p>
    <w:p w14:paraId="4490A6F8" w14:textId="243F7361" w:rsidR="001A5328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(Podpis Dyrektora Centrum / Osoby uprawnionej)</w:t>
      </w:r>
    </w:p>
    <w:p w14:paraId="4E47F433" w14:textId="1CF4AC8F" w:rsidR="001A5328" w:rsidRPr="00FE7A34" w:rsidRDefault="00796842" w:rsidP="00FE14F5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6435C0C0" w14:textId="441B900B" w:rsidR="001A5328" w:rsidRPr="00FE7A34" w:rsidRDefault="00796842" w:rsidP="00357B33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lastRenderedPageBreak/>
        <w:t xml:space="preserve">Załącznik nr 4.8 do Procedury zgłoszeń wewnętrznych </w:t>
      </w:r>
    </w:p>
    <w:p w14:paraId="73DC6C7C" w14:textId="34F7D860" w:rsidR="00FE14F5" w:rsidRPr="00FE7A34" w:rsidRDefault="00357B33" w:rsidP="00357B33">
      <w:pPr>
        <w:spacing w:line="360" w:lineRule="auto"/>
        <w:rPr>
          <w:b/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Wzór protokołu usunięcia danych osobowych i zniszczenia dokumentacji</w:t>
      </w:r>
    </w:p>
    <w:p w14:paraId="48144462" w14:textId="1F54E7D7" w:rsidR="001A5328" w:rsidRPr="00FE7A34" w:rsidRDefault="00FE7A34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Protokół usunięcia danych z dnia</w:t>
      </w:r>
      <w:r w:rsidR="00796842" w:rsidRPr="00FE7A34">
        <w:rPr>
          <w:sz w:val="26"/>
          <w:szCs w:val="26"/>
          <w:lang w:val="pl-PL"/>
        </w:rPr>
        <w:t>: ...........................................</w:t>
      </w:r>
    </w:p>
    <w:p w14:paraId="37395C13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Na podstawie art. 8 ust. 9 oraz art. 29 ust. 5 ustawy z dnia 14 czerwca 2024 r. o ochronie sygnalistów, Komisja/Osoba upoważniona w składzie:</w:t>
      </w:r>
    </w:p>
    <w:p w14:paraId="5CC809E7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1. ..........................................................................................................................................</w:t>
      </w:r>
    </w:p>
    <w:p w14:paraId="50438A19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2. ..........................................................................................................................................</w:t>
      </w:r>
    </w:p>
    <w:p w14:paraId="3B1FCD7F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dokonała trwałego usunięcia danych osobowych z systemów informatycznych oraz fizycznego zniszczenia dokumentacji papierowej związanej ze zgłoszeniem naruszenia prawa w sprawie nr: ..........................................., z uwagi na upływ ustawowego okresu retencji (3 lata po zakończeniu roku kalendarzowego, w którym zakończono działania następcze).</w:t>
      </w:r>
    </w:p>
    <w:p w14:paraId="4C904409" w14:textId="25FECD89" w:rsidR="001A5328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Uwaga: Zgodnie z art. 8 ust. 9 ustawy, do dokumentacji zgłoszeń nie stosuje się przepisów o narodowym zasobie archiwalnym i archiwach.</w:t>
      </w:r>
    </w:p>
    <w:p w14:paraId="32842ACD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Podpisy osób dokonujących zniszczenia:</w:t>
      </w:r>
    </w:p>
    <w:p w14:paraId="288833CE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1. .............................................................</w:t>
      </w:r>
    </w:p>
    <w:p w14:paraId="558EDE57" w14:textId="024EEA89" w:rsidR="001A5328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2. .............................................................</w:t>
      </w:r>
    </w:p>
    <w:p w14:paraId="64F49DF9" w14:textId="77777777" w:rsidR="001A5328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175D48A7" w14:textId="012E6260" w:rsidR="001A5328" w:rsidRPr="00FE7A34" w:rsidRDefault="00357B33" w:rsidP="00FE14F5">
      <w:pPr>
        <w:pStyle w:val="Nagwek1"/>
        <w:rPr>
          <w:lang w:val="pl-PL"/>
        </w:rPr>
      </w:pPr>
      <w:r w:rsidRPr="00FE7A34">
        <w:rPr>
          <w:lang w:val="pl-PL"/>
        </w:rPr>
        <w:lastRenderedPageBreak/>
        <w:t xml:space="preserve">Pozostała dokumentacja </w:t>
      </w:r>
      <w:r w:rsidR="00FE7A34">
        <w:rPr>
          <w:lang w:val="pl-PL"/>
        </w:rPr>
        <w:t>R</w:t>
      </w:r>
      <w:r w:rsidRPr="00FE7A34">
        <w:rPr>
          <w:lang w:val="pl-PL"/>
        </w:rPr>
        <w:t>odo i informacja rekrutacyjna</w:t>
      </w:r>
    </w:p>
    <w:p w14:paraId="70B8F76C" w14:textId="47BED470" w:rsidR="001A5328" w:rsidRPr="00FE7A34" w:rsidRDefault="00796842" w:rsidP="00FE14F5">
      <w:pPr>
        <w:pStyle w:val="Nagwek2"/>
        <w:spacing w:line="360" w:lineRule="auto"/>
        <w:rPr>
          <w:sz w:val="26"/>
          <w:lang w:val="pl-PL"/>
        </w:rPr>
      </w:pPr>
      <w:r w:rsidRPr="00FE7A34">
        <w:rPr>
          <w:sz w:val="26"/>
          <w:lang w:val="pl-PL"/>
        </w:rPr>
        <w:t>1. Klauzula informacyjna RODO dla sygnalisty</w:t>
      </w:r>
    </w:p>
    <w:p w14:paraId="6B3B9E0E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Zgodnie z art. 13 ust. 1–2 RODO informujemy, że:</w:t>
      </w:r>
    </w:p>
    <w:p w14:paraId="2760C359" w14:textId="2805C86C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1. Administratorem Danych jest: Centrum Rozwoju Edukacji Województwa Łódzkiego w Piotrkowie Trybunalskim, ul. Wojska Polskiego 2, 97-300 Piotrków Tryb., tel. 044 649 65 66.</w:t>
      </w:r>
    </w:p>
    <w:p w14:paraId="11778D46" w14:textId="1902E4D4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 xml:space="preserve">2. Inspektor Ochrony Danych: kontakt e-mail: </w:t>
      </w:r>
      <w:hyperlink r:id="rId9" w:history="1">
        <w:r w:rsidR="00FE14F5" w:rsidRPr="00FE7A34">
          <w:rPr>
            <w:rStyle w:val="Hipercze"/>
            <w:sz w:val="26"/>
            <w:szCs w:val="26"/>
            <w:lang w:val="pl-PL"/>
          </w:rPr>
          <w:t>inspektor@crepiotrkow.edulodzkie.pl</w:t>
        </w:r>
      </w:hyperlink>
      <w:r w:rsidRPr="00FE7A34">
        <w:rPr>
          <w:sz w:val="26"/>
          <w:szCs w:val="26"/>
          <w:lang w:val="pl-PL"/>
        </w:rPr>
        <w:t>.</w:t>
      </w:r>
    </w:p>
    <w:p w14:paraId="345119BB" w14:textId="231FAE89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3. Podstawy prawne przetwarzania danych:</w:t>
      </w:r>
    </w:p>
    <w:p w14:paraId="15A09ACA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a) art. 6 ust. 1 lit. c RODO – wypełnienie obowiązku prawnego ciążącego na Administratorze na podstawie przepisów ustawy z dnia 14 czerwca 2024 r. o ochronie sygnalistów (prowadzenie kanału zgłoszeń wewnętrznych i działań następczych);</w:t>
      </w:r>
    </w:p>
    <w:p w14:paraId="7F4F267B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b) art. 6 ust. 1 lit. a RODO – dobrowolna zgoda sygnalisty w zakresie dobrowolnego ujawnienia tożsamości, jeśli dotyczy;</w:t>
      </w:r>
    </w:p>
    <w:p w14:paraId="210C0CDF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c) art. 6 ust. 1 lit. f RODO – prawnie uzasadniony interes Administratora w celu weryfikacji, obrony przed roszczeniami oraz ochrony przed działaniami odwetowymi.</w:t>
      </w:r>
    </w:p>
    <w:p w14:paraId="10FD32D1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4. Okres przechowywania: Dane osobowe udostępnione w zgłoszeniu przechowywane są przez okres 3 lat po zakończeniu roku kalendarzowego, w którym zakończono działania następcze.</w:t>
      </w:r>
    </w:p>
    <w:p w14:paraId="2BF54E9A" w14:textId="7777777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5. Odbiorcy danych: Wyłącznie pisemnie upoważnione osoby w Centrum zobowiązane do zachowania poufności oraz organy publiczne uprawnione z mocy prawa.</w:t>
      </w:r>
    </w:p>
    <w:p w14:paraId="02F8D264" w14:textId="1F155017" w:rsidR="00FE14F5" w:rsidRPr="00FE7A34" w:rsidRDefault="00796842" w:rsidP="00FE14F5">
      <w:pPr>
        <w:spacing w:line="360" w:lineRule="auto"/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t>6. Prawa osób: Prawo dostępu do danych, sprostowania, ograniczenia przetwarzania (z zastrzeżeniem przepisów ustawy o ochronie sygnalistów) oraz wniesienia skargi do Prezesa UODO.</w:t>
      </w:r>
    </w:p>
    <w:p w14:paraId="1C0C4DE7" w14:textId="2CBAF6DE" w:rsidR="001A5328" w:rsidRPr="00FE7A34" w:rsidRDefault="00FE14F5" w:rsidP="00FE14F5">
      <w:pPr>
        <w:rPr>
          <w:sz w:val="26"/>
          <w:szCs w:val="26"/>
          <w:lang w:val="pl-PL"/>
        </w:rPr>
      </w:pPr>
      <w:r w:rsidRPr="00FE7A34">
        <w:rPr>
          <w:sz w:val="26"/>
          <w:szCs w:val="26"/>
          <w:lang w:val="pl-PL"/>
        </w:rPr>
        <w:br w:type="page"/>
      </w:r>
    </w:p>
    <w:p w14:paraId="1EABE606" w14:textId="77777777" w:rsidR="001A5328" w:rsidRPr="00FE7A34" w:rsidRDefault="00796842" w:rsidP="00FE14F5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lastRenderedPageBreak/>
        <w:t>2. Karta Rejestru Czynności Przetwarzania (RCP) – art. 30 RODO w zbiorze „Sygnaliści”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480"/>
      </w:tblGrid>
      <w:tr w:rsidR="001A5328" w:rsidRPr="00FE7A34" w14:paraId="743BCF63" w14:textId="77777777">
        <w:tc>
          <w:tcPr>
            <w:tcW w:w="31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A447A7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Nazwa czynności: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5DA97D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Obsługa zgłoszeń naruszeń prawa i prowadzenie działań następczych (Sygnaliści)</w:t>
            </w:r>
          </w:p>
        </w:tc>
      </w:tr>
      <w:tr w:rsidR="001A5328" w:rsidRPr="00FE7A34" w14:paraId="5B1DAA9C" w14:textId="77777777">
        <w:tc>
          <w:tcPr>
            <w:tcW w:w="31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9004E6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Administrator / IOD: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18AFD0" w14:textId="3AD0B951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CRE w Piotrkowie Tryb. / IOD: inspektor@crepiotrkow.edu</w:t>
            </w:r>
            <w:r w:rsidR="00FE7A34">
              <w:rPr>
                <w:sz w:val="26"/>
                <w:szCs w:val="26"/>
                <w:lang w:val="pl-PL"/>
              </w:rPr>
              <w:t>lodzkie</w:t>
            </w:r>
            <w:r w:rsidRPr="00FE7A34">
              <w:rPr>
                <w:sz w:val="26"/>
                <w:szCs w:val="26"/>
                <w:lang w:val="pl-PL"/>
              </w:rPr>
              <w:t>.pl</w:t>
            </w:r>
          </w:p>
        </w:tc>
      </w:tr>
      <w:tr w:rsidR="001A5328" w:rsidRPr="00FE7A34" w14:paraId="2BB3A2AB" w14:textId="77777777">
        <w:tc>
          <w:tcPr>
            <w:tcW w:w="31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26F9D1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Cele i podstawa prawna: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4A83EB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Realizacja obowiązków z ustawy z dnia 14 czerwca 2024 r. o ochronie sygnalistów (art. 6 ust. 1 lit. c RODO)</w:t>
            </w:r>
          </w:p>
        </w:tc>
      </w:tr>
      <w:tr w:rsidR="001A5328" w:rsidRPr="00FE7A34" w14:paraId="448C85A6" w14:textId="77777777">
        <w:tc>
          <w:tcPr>
            <w:tcW w:w="31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743ADC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Kategorie osób: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02E15C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Sygnaliści, osoby których dotyczy zgłoszenie, świadkowie, osoby trzecie</w:t>
            </w:r>
          </w:p>
        </w:tc>
      </w:tr>
      <w:tr w:rsidR="001A5328" w:rsidRPr="00FE7A34" w14:paraId="1DA59DDF" w14:textId="77777777">
        <w:tc>
          <w:tcPr>
            <w:tcW w:w="31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F01BA0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Kategoria danych: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60BFA9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Imię, nazwisko, preferowany kontakt, informacje o naruszeniu zawarte w zgłoszeniu</w:t>
            </w:r>
          </w:p>
        </w:tc>
      </w:tr>
      <w:tr w:rsidR="001A5328" w:rsidRPr="00FE7A34" w14:paraId="4CCCF1C0" w14:textId="77777777">
        <w:tc>
          <w:tcPr>
            <w:tcW w:w="31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A647EE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Planowane terminy usunięcia: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226016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3 lata po zakończeniu roku kalendarzowego, w którym zakończono działania następcze</w:t>
            </w:r>
          </w:p>
        </w:tc>
      </w:tr>
      <w:tr w:rsidR="001A5328" w:rsidRPr="00FE7A34" w14:paraId="5967CA7E" w14:textId="77777777">
        <w:tc>
          <w:tcPr>
            <w:tcW w:w="31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6330B5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b/>
                <w:sz w:val="26"/>
                <w:szCs w:val="26"/>
                <w:lang w:val="pl-PL"/>
              </w:rPr>
              <w:t>Środki bezpieczeństwa: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50876B" w14:textId="77777777" w:rsidR="001A5328" w:rsidRPr="00FE7A34" w:rsidRDefault="00796842" w:rsidP="00FE14F5">
            <w:pPr>
              <w:spacing w:line="360" w:lineRule="auto"/>
              <w:rPr>
                <w:sz w:val="26"/>
                <w:szCs w:val="26"/>
                <w:lang w:val="pl-PL"/>
              </w:rPr>
            </w:pPr>
            <w:r w:rsidRPr="00FE7A34">
              <w:rPr>
                <w:sz w:val="26"/>
                <w:szCs w:val="26"/>
                <w:lang w:val="pl-PL"/>
              </w:rPr>
              <w:t>Szyfrowanie e-mail, fizyczna ochrona dokumentów, pisemne upoważnienia, zastępstwa, pseudonimizacja danych</w:t>
            </w:r>
          </w:p>
        </w:tc>
      </w:tr>
    </w:tbl>
    <w:p w14:paraId="7DD02D92" w14:textId="1DAE7D52" w:rsidR="001A5328" w:rsidRPr="00FE7A34" w:rsidRDefault="00FE14F5" w:rsidP="00431824">
      <w:pPr>
        <w:pStyle w:val="Nagwek1"/>
        <w:spacing w:line="360" w:lineRule="auto"/>
        <w:rPr>
          <w:lang w:val="pl-PL"/>
        </w:rPr>
      </w:pPr>
      <w:r w:rsidRPr="00FE7A34">
        <w:rPr>
          <w:lang w:val="pl-PL"/>
        </w:rPr>
        <w:br w:type="page"/>
      </w:r>
      <w:r w:rsidRPr="00FE7A34">
        <w:rPr>
          <w:lang w:val="pl-PL"/>
        </w:rPr>
        <w:lastRenderedPageBreak/>
        <w:t>3. Informacja o procedurze zgłoszeń wewnętrznych przekazywana w procesie rekrutacji (art. 24 ust. 6 ustawy)</w:t>
      </w:r>
    </w:p>
    <w:p w14:paraId="338CF715" w14:textId="46A7EF99" w:rsidR="00FE14F5" w:rsidRPr="00FE7A34" w:rsidRDefault="00FE7A34" w:rsidP="00FE14F5">
      <w:pPr>
        <w:spacing w:line="360" w:lineRule="auto"/>
        <w:rPr>
          <w:b/>
          <w:sz w:val="26"/>
          <w:szCs w:val="26"/>
          <w:lang w:val="pl-PL"/>
        </w:rPr>
      </w:pPr>
      <w:r w:rsidRPr="00FE7A34">
        <w:rPr>
          <w:b/>
          <w:sz w:val="26"/>
          <w:szCs w:val="26"/>
          <w:lang w:val="pl-PL"/>
        </w:rPr>
        <w:t>Wzór klauzuli info</w:t>
      </w:r>
      <w:r>
        <w:rPr>
          <w:b/>
          <w:sz w:val="26"/>
          <w:szCs w:val="26"/>
          <w:lang w:val="pl-PL"/>
        </w:rPr>
        <w:t>r</w:t>
      </w:r>
      <w:r w:rsidRPr="00FE7A34">
        <w:rPr>
          <w:b/>
          <w:sz w:val="26"/>
          <w:szCs w:val="26"/>
          <w:lang w:val="pl-PL"/>
        </w:rPr>
        <w:t>macyjnej dla kandydatów do pracy / zleceniobiorców</w:t>
      </w:r>
      <w:r w:rsidR="00796842" w:rsidRPr="00FE7A34">
        <w:rPr>
          <w:b/>
          <w:sz w:val="26"/>
          <w:szCs w:val="26"/>
          <w:lang w:val="pl-PL"/>
        </w:rPr>
        <w:t>:</w:t>
      </w:r>
    </w:p>
    <w:p w14:paraId="36712629" w14:textId="0963247D" w:rsidR="001A5328" w:rsidRPr="00FE7A34" w:rsidRDefault="00796842" w:rsidP="00FE14F5">
      <w:pPr>
        <w:spacing w:line="360" w:lineRule="auto"/>
        <w:rPr>
          <w:iCs/>
          <w:sz w:val="26"/>
          <w:szCs w:val="26"/>
          <w:lang w:val="pl-PL"/>
        </w:rPr>
      </w:pPr>
      <w:r w:rsidRPr="00FE7A34">
        <w:rPr>
          <w:iCs/>
          <w:sz w:val="26"/>
          <w:szCs w:val="26"/>
          <w:lang w:val="pl-PL"/>
        </w:rPr>
        <w:t>„Centrum Rozwoju Edukacji Województwa Łódzkiego w Piotrkowie Trybunalskim informuje, że w jednostce obowiązuje Procedura zgłoszeń wewnętrznych naruszenia prawa, opracowana zgodnie z ustawą z dnia 14 czerwca 2024 r. o ochronie sygnalistów. Osoby ubiegające się o pracę lub świadczenie usług mogą zapoznać się z treścią procedury na stronie BIP Centrum w zakładce 'Sygnaliści' lub w siedzibie jednostki przed nawiązaniem stosunku prawnego.”</w:t>
      </w:r>
    </w:p>
    <w:sectPr w:rsidR="001A5328" w:rsidRPr="00FE7A34" w:rsidSect="00034616">
      <w:headerReference w:type="default" r:id="rId10"/>
      <w:footerReference w:type="default" r:id="rId11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AFC61" w14:textId="77777777" w:rsidR="000C6BF3" w:rsidRDefault="000C6BF3">
      <w:pPr>
        <w:spacing w:after="0" w:line="240" w:lineRule="auto"/>
      </w:pPr>
      <w:r>
        <w:separator/>
      </w:r>
    </w:p>
  </w:endnote>
  <w:endnote w:type="continuationSeparator" w:id="0">
    <w:p w14:paraId="613A0C8B" w14:textId="77777777" w:rsidR="000C6BF3" w:rsidRDefault="000C6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E6B59" w14:textId="1327B815" w:rsidR="001A5328" w:rsidRDefault="001A532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65A" w14:textId="77777777" w:rsidR="000C6BF3" w:rsidRDefault="000C6BF3">
      <w:pPr>
        <w:spacing w:after="0" w:line="240" w:lineRule="auto"/>
      </w:pPr>
      <w:r>
        <w:separator/>
      </w:r>
    </w:p>
  </w:footnote>
  <w:footnote w:type="continuationSeparator" w:id="0">
    <w:p w14:paraId="102AC38A" w14:textId="77777777" w:rsidR="000C6BF3" w:rsidRDefault="000C6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4CEAB" w14:textId="77777777" w:rsidR="001A5328" w:rsidRDefault="00796842">
    <w:pPr>
      <w:pStyle w:val="Nagwek"/>
      <w:jc w:val="right"/>
    </w:pPr>
    <w:r>
      <w:rPr>
        <w:color w:val="787878"/>
        <w:sz w:val="17"/>
      </w:rPr>
      <w:t>CRE w Piotrkowie Tryb. | Załączniki do Procedury Zgłoszeń Wewnętrznych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5DAA49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1712854">
    <w:abstractNumId w:val="8"/>
  </w:num>
  <w:num w:numId="2" w16cid:durableId="361562313">
    <w:abstractNumId w:val="6"/>
  </w:num>
  <w:num w:numId="3" w16cid:durableId="1027483181">
    <w:abstractNumId w:val="5"/>
  </w:num>
  <w:num w:numId="4" w16cid:durableId="1417484337">
    <w:abstractNumId w:val="4"/>
  </w:num>
  <w:num w:numId="5" w16cid:durableId="71507910">
    <w:abstractNumId w:val="7"/>
  </w:num>
  <w:num w:numId="6" w16cid:durableId="1891526154">
    <w:abstractNumId w:val="3"/>
  </w:num>
  <w:num w:numId="7" w16cid:durableId="162357622">
    <w:abstractNumId w:val="2"/>
  </w:num>
  <w:num w:numId="8" w16cid:durableId="2105876723">
    <w:abstractNumId w:val="1"/>
  </w:num>
  <w:num w:numId="9" w16cid:durableId="3566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6AB"/>
    <w:rsid w:val="000C6BF3"/>
    <w:rsid w:val="0015074B"/>
    <w:rsid w:val="001A5328"/>
    <w:rsid w:val="0029639D"/>
    <w:rsid w:val="002A426B"/>
    <w:rsid w:val="00310A08"/>
    <w:rsid w:val="003162DB"/>
    <w:rsid w:val="00326F90"/>
    <w:rsid w:val="00357B33"/>
    <w:rsid w:val="00431824"/>
    <w:rsid w:val="004854F0"/>
    <w:rsid w:val="00576774"/>
    <w:rsid w:val="00796842"/>
    <w:rsid w:val="008619EC"/>
    <w:rsid w:val="008947E8"/>
    <w:rsid w:val="008F12AE"/>
    <w:rsid w:val="0096705A"/>
    <w:rsid w:val="00AA1D8D"/>
    <w:rsid w:val="00AB7E53"/>
    <w:rsid w:val="00B01EB7"/>
    <w:rsid w:val="00B47730"/>
    <w:rsid w:val="00BC02E1"/>
    <w:rsid w:val="00CB0664"/>
    <w:rsid w:val="00E537A4"/>
    <w:rsid w:val="00FC693F"/>
    <w:rsid w:val="00FE14F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E1C3E"/>
  <w14:defaultImageDpi w14:val="330"/>
  <w15:docId w15:val="{84D5D0AE-A7E1-4CAC-9DE6-F0F43EF2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82828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14F5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aut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10A0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auto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E14F5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310A08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10A0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0A08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FE7A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gnalista.crepiotrkow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@crepiotrkow.edulodzk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2869</Words>
  <Characters>17216</Characters>
  <Application>Microsoft Office Word</Application>
  <DocSecurity>0</DocSecurity>
  <Lines>143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Wygenerowane przez python-docx</dc:description>
  <cp:lastModifiedBy>Katarzyna Urbaniak</cp:lastModifiedBy>
  <cp:revision>5</cp:revision>
  <cp:lastPrinted>2026-10-09T07:41:00Z</cp:lastPrinted>
  <dcterms:created xsi:type="dcterms:W3CDTF">2026-10-08T12:19:00Z</dcterms:created>
  <dcterms:modified xsi:type="dcterms:W3CDTF">2026-10-09T08:45:00Z</dcterms:modified>
  <cp:category/>
</cp:coreProperties>
</file>